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571AA" w14:textId="74DE754C" w:rsidR="003850D0" w:rsidRPr="004024A0" w:rsidRDefault="003850D0" w:rsidP="006128C0">
      <w:pPr>
        <w:rPr>
          <w:rFonts w:ascii="Times New Roman" w:hAnsi="Times New Roman" w:cs="Times New Roman"/>
          <w:sz w:val="24"/>
          <w:szCs w:val="24"/>
        </w:rPr>
      </w:pPr>
      <w:r w:rsidRPr="004024A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36D3633" wp14:editId="41438C88">
            <wp:simplePos x="0" y="0"/>
            <wp:positionH relativeFrom="margin">
              <wp:posOffset>2292350</wp:posOffset>
            </wp:positionH>
            <wp:positionV relativeFrom="margin">
              <wp:posOffset>-408940</wp:posOffset>
            </wp:positionV>
            <wp:extent cx="901700" cy="901700"/>
            <wp:effectExtent l="0" t="0" r="0" b="0"/>
            <wp:wrapSquare wrapText="bothSides"/>
            <wp:docPr id="21212778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277879" name="Picture 212127787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9807CF" w14:textId="6C863CFC" w:rsidR="003850D0" w:rsidRPr="004024A0" w:rsidRDefault="003850D0" w:rsidP="006128C0">
      <w:pPr>
        <w:rPr>
          <w:rFonts w:ascii="Times New Roman" w:hAnsi="Times New Roman" w:cs="Times New Roman"/>
          <w:sz w:val="24"/>
          <w:szCs w:val="24"/>
        </w:rPr>
      </w:pPr>
    </w:p>
    <w:p w14:paraId="2CDDE739" w14:textId="5BF63690" w:rsidR="006128C0" w:rsidRPr="004024A0" w:rsidRDefault="006128C0" w:rsidP="003850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4A0">
        <w:rPr>
          <w:rFonts w:ascii="Times New Roman" w:hAnsi="Times New Roman" w:cs="Times New Roman"/>
          <w:b/>
          <w:bCs/>
          <w:sz w:val="24"/>
          <w:szCs w:val="24"/>
        </w:rPr>
        <w:t>SDA Church Membership Verification Requirement</w:t>
      </w:r>
    </w:p>
    <w:p w14:paraId="3D1B5F19" w14:textId="77777777" w:rsidR="003850D0" w:rsidRPr="004024A0" w:rsidRDefault="003850D0" w:rsidP="006128C0">
      <w:pPr>
        <w:rPr>
          <w:rFonts w:ascii="Times New Roman" w:hAnsi="Times New Roman" w:cs="Times New Roman"/>
          <w:sz w:val="24"/>
          <w:szCs w:val="24"/>
        </w:rPr>
      </w:pPr>
    </w:p>
    <w:p w14:paraId="57FC402F" w14:textId="49071E28" w:rsidR="006128C0" w:rsidRPr="004024A0" w:rsidRDefault="006128C0" w:rsidP="006128C0">
      <w:pPr>
        <w:rPr>
          <w:rFonts w:ascii="Times New Roman" w:hAnsi="Times New Roman" w:cs="Times New Roman"/>
          <w:sz w:val="24"/>
          <w:szCs w:val="24"/>
        </w:rPr>
      </w:pPr>
      <w:r w:rsidRPr="004024A0">
        <w:rPr>
          <w:rFonts w:ascii="Times New Roman" w:hAnsi="Times New Roman" w:cs="Times New Roman"/>
          <w:sz w:val="24"/>
          <w:szCs w:val="24"/>
        </w:rPr>
        <w:t>Dear Parent/Guardian ,</w:t>
      </w:r>
    </w:p>
    <w:p w14:paraId="03373A0C" w14:textId="1D75BBB9" w:rsidR="006128C0" w:rsidRPr="004024A0" w:rsidRDefault="006128C0" w:rsidP="006128C0">
      <w:pPr>
        <w:rPr>
          <w:rFonts w:ascii="Times New Roman" w:hAnsi="Times New Roman" w:cs="Times New Roman"/>
          <w:sz w:val="24"/>
          <w:szCs w:val="24"/>
        </w:rPr>
      </w:pPr>
      <w:r w:rsidRPr="004024A0">
        <w:rPr>
          <w:rFonts w:ascii="Times New Roman" w:hAnsi="Times New Roman" w:cs="Times New Roman"/>
          <w:sz w:val="24"/>
          <w:szCs w:val="24"/>
        </w:rPr>
        <w:t>As part of our enrollment process for Katy Adventist Christian School, we require official verification for families claiming Seventh-day Adventist (SDA) membership in order to determine eligibility for SDA tuition rates and benefits.</w:t>
      </w:r>
      <w:r w:rsidR="003B2C97" w:rsidRPr="004024A0">
        <w:rPr>
          <w:rFonts w:ascii="Times New Roman" w:hAnsi="Times New Roman" w:cs="Times New Roman"/>
          <w:sz w:val="24"/>
          <w:szCs w:val="24"/>
        </w:rPr>
        <w:t xml:space="preserve">  The purpose of the verification is </w:t>
      </w:r>
      <w:r w:rsidR="009F7EB2">
        <w:rPr>
          <w:rFonts w:ascii="Times New Roman" w:hAnsi="Times New Roman" w:cs="Times New Roman"/>
          <w:sz w:val="24"/>
          <w:szCs w:val="24"/>
        </w:rPr>
        <w:t xml:space="preserve">to </w:t>
      </w:r>
      <w:r w:rsidR="003B2C97" w:rsidRPr="004024A0">
        <w:rPr>
          <w:rFonts w:ascii="Times New Roman" w:hAnsi="Times New Roman" w:cs="Times New Roman"/>
          <w:sz w:val="24"/>
          <w:szCs w:val="24"/>
        </w:rPr>
        <w:t xml:space="preserve">affirm that </w:t>
      </w:r>
      <w:r w:rsidR="00A6379E" w:rsidRPr="004024A0">
        <w:rPr>
          <w:rFonts w:ascii="Times New Roman" w:hAnsi="Times New Roman" w:cs="Times New Roman"/>
          <w:sz w:val="24"/>
          <w:szCs w:val="24"/>
        </w:rPr>
        <w:t>parents of the children requesting thi</w:t>
      </w:r>
      <w:r w:rsidR="00B964C9" w:rsidRPr="004024A0">
        <w:rPr>
          <w:rFonts w:ascii="Times New Roman" w:hAnsi="Times New Roman" w:cs="Times New Roman"/>
          <w:sz w:val="24"/>
          <w:szCs w:val="24"/>
        </w:rPr>
        <w:t>s discount</w:t>
      </w:r>
      <w:r w:rsidR="003B2C97" w:rsidRPr="004024A0">
        <w:rPr>
          <w:rFonts w:ascii="Times New Roman" w:hAnsi="Times New Roman" w:cs="Times New Roman"/>
          <w:sz w:val="24"/>
          <w:szCs w:val="24"/>
        </w:rPr>
        <w:t xml:space="preserve"> are indeed a member of the Seventh-Day </w:t>
      </w:r>
      <w:r w:rsidR="001C519C" w:rsidRPr="004024A0">
        <w:rPr>
          <w:rFonts w:ascii="Times New Roman" w:hAnsi="Times New Roman" w:cs="Times New Roman"/>
          <w:sz w:val="24"/>
          <w:szCs w:val="24"/>
        </w:rPr>
        <w:t>Adventist</w:t>
      </w:r>
      <w:r w:rsidR="003B2C97" w:rsidRPr="004024A0">
        <w:rPr>
          <w:rFonts w:ascii="Times New Roman" w:hAnsi="Times New Roman" w:cs="Times New Roman"/>
          <w:sz w:val="24"/>
          <w:szCs w:val="24"/>
        </w:rPr>
        <w:t xml:space="preserve"> Church</w:t>
      </w:r>
      <w:r w:rsidR="001C519C" w:rsidRPr="004024A0">
        <w:rPr>
          <w:rFonts w:ascii="Times New Roman" w:hAnsi="Times New Roman" w:cs="Times New Roman"/>
          <w:sz w:val="24"/>
          <w:szCs w:val="24"/>
        </w:rPr>
        <w:t xml:space="preserve"> in good</w:t>
      </w:r>
      <w:r w:rsidR="00EA5FA4" w:rsidRPr="004024A0">
        <w:rPr>
          <w:rFonts w:ascii="Times New Roman" w:hAnsi="Times New Roman" w:cs="Times New Roman"/>
          <w:sz w:val="24"/>
          <w:szCs w:val="24"/>
        </w:rPr>
        <w:t xml:space="preserve"> and regular</w:t>
      </w:r>
      <w:r w:rsidR="001C519C" w:rsidRPr="004024A0">
        <w:rPr>
          <w:rFonts w:ascii="Times New Roman" w:hAnsi="Times New Roman" w:cs="Times New Roman"/>
          <w:sz w:val="24"/>
          <w:szCs w:val="24"/>
        </w:rPr>
        <w:t xml:space="preserve"> standing</w:t>
      </w:r>
      <w:r w:rsidR="004024A0" w:rsidRPr="004024A0">
        <w:rPr>
          <w:rFonts w:ascii="Times New Roman" w:hAnsi="Times New Roman" w:cs="Times New Roman"/>
          <w:sz w:val="24"/>
          <w:szCs w:val="24"/>
        </w:rPr>
        <w:t>.</w:t>
      </w:r>
    </w:p>
    <w:p w14:paraId="319396B2" w14:textId="2C9EC6AF" w:rsidR="004024A0" w:rsidRPr="004024A0" w:rsidRDefault="004024A0" w:rsidP="006128C0">
      <w:pPr>
        <w:rPr>
          <w:rFonts w:ascii="Times New Roman" w:hAnsi="Times New Roman" w:cs="Times New Roman"/>
          <w:sz w:val="24"/>
          <w:szCs w:val="24"/>
        </w:rPr>
      </w:pPr>
      <w:r w:rsidRPr="004024A0">
        <w:rPr>
          <w:rFonts w:ascii="Times New Roman" w:hAnsi="Times New Roman" w:cs="Times New Roman"/>
          <w:sz w:val="24"/>
          <w:szCs w:val="24"/>
        </w:rPr>
        <w:t>In the Seventh-day Adventist Church, a member in "good and regular standing" generally refers to someone who is actively participating in the church community, adhering to its doctrines, and living a life consistent with Adventist beliefs and values. It implies a state of fellowship and adherence to the church's practices and principles.</w:t>
      </w:r>
    </w:p>
    <w:p w14:paraId="7C8FECF5" w14:textId="1CEC8573" w:rsidR="00C506F2" w:rsidRPr="004024A0" w:rsidRDefault="006128C0" w:rsidP="006128C0">
      <w:pPr>
        <w:rPr>
          <w:rFonts w:ascii="Times New Roman" w:hAnsi="Times New Roman" w:cs="Times New Roman"/>
          <w:sz w:val="24"/>
          <w:szCs w:val="24"/>
        </w:rPr>
      </w:pPr>
      <w:r w:rsidRPr="004024A0">
        <w:rPr>
          <w:rFonts w:ascii="Times New Roman" w:hAnsi="Times New Roman" w:cs="Times New Roman"/>
          <w:sz w:val="24"/>
          <w:szCs w:val="24"/>
        </w:rPr>
        <w:t>Please provide the attached verification request to your church</w:t>
      </w:r>
      <w:r w:rsidR="004024A0">
        <w:rPr>
          <w:rFonts w:ascii="Times New Roman" w:hAnsi="Times New Roman" w:cs="Times New Roman"/>
          <w:sz w:val="24"/>
          <w:szCs w:val="24"/>
        </w:rPr>
        <w:t xml:space="preserve"> along with </w:t>
      </w:r>
      <w:r w:rsidR="003F7D04">
        <w:rPr>
          <w:rFonts w:ascii="Times New Roman" w:hAnsi="Times New Roman" w:cs="Times New Roman"/>
          <w:sz w:val="24"/>
          <w:szCs w:val="24"/>
        </w:rPr>
        <w:t>this instruction to your church</w:t>
      </w:r>
      <w:r w:rsidRPr="004024A0">
        <w:rPr>
          <w:rFonts w:ascii="Times New Roman" w:hAnsi="Times New Roman" w:cs="Times New Roman"/>
          <w:sz w:val="24"/>
          <w:szCs w:val="24"/>
        </w:rPr>
        <w:t xml:space="preserve">. The church must return the completed form to </w:t>
      </w:r>
      <w:r w:rsidR="004024A0">
        <w:rPr>
          <w:rFonts w:ascii="Times New Roman" w:hAnsi="Times New Roman" w:cs="Times New Roman"/>
          <w:sz w:val="24"/>
          <w:szCs w:val="24"/>
        </w:rPr>
        <w:t>KACS</w:t>
      </w:r>
      <w:r w:rsidRPr="004024A0">
        <w:rPr>
          <w:rFonts w:ascii="Times New Roman" w:hAnsi="Times New Roman" w:cs="Times New Roman"/>
          <w:sz w:val="24"/>
          <w:szCs w:val="24"/>
        </w:rPr>
        <w:t xml:space="preserve"> </w:t>
      </w:r>
      <w:r w:rsidRPr="004024A0">
        <w:rPr>
          <w:rFonts w:ascii="Times New Roman" w:hAnsi="Times New Roman" w:cs="Times New Roman"/>
          <w:b/>
          <w:bCs/>
          <w:sz w:val="24"/>
          <w:szCs w:val="24"/>
        </w:rPr>
        <w:t>on official church letterhead</w:t>
      </w:r>
      <w:r w:rsidRPr="004024A0">
        <w:rPr>
          <w:rFonts w:ascii="Times New Roman" w:hAnsi="Times New Roman" w:cs="Times New Roman"/>
          <w:sz w:val="24"/>
          <w:szCs w:val="24"/>
        </w:rPr>
        <w:t xml:space="preserve"> and signed by </w:t>
      </w:r>
      <w:r w:rsidR="007A250A">
        <w:rPr>
          <w:rFonts w:ascii="Times New Roman" w:hAnsi="Times New Roman" w:cs="Times New Roman"/>
          <w:sz w:val="24"/>
          <w:szCs w:val="24"/>
        </w:rPr>
        <w:t xml:space="preserve">the church pastor. </w:t>
      </w:r>
    </w:p>
    <w:p w14:paraId="49F7A0BE" w14:textId="11D69A22" w:rsidR="00494EE7" w:rsidRPr="00494EE7" w:rsidRDefault="00494EE7" w:rsidP="00494E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Signed letter should be </w:t>
      </w:r>
      <w:r w:rsidR="002548DB">
        <w:rPr>
          <w:rFonts w:ascii="Times New Roman" w:hAnsi="Times New Roman" w:cs="Times New Roman"/>
          <w:b/>
          <w:bCs/>
          <w:sz w:val="24"/>
          <w:szCs w:val="24"/>
        </w:rPr>
        <w:t>uploaded</w:t>
      </w:r>
      <w:r w:rsidR="007947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9" w:history="1">
        <w:r w:rsidR="007947B2" w:rsidRPr="004E4E98">
          <w:rPr>
            <w:rStyle w:val="Hyperlink"/>
            <w:rFonts w:ascii="Times New Roman" w:hAnsi="Times New Roman" w:cs="Times New Roman"/>
            <w:sz w:val="24"/>
            <w:szCs w:val="24"/>
          </w:rPr>
          <w:t>here</w:t>
        </w:r>
      </w:hyperlink>
    </w:p>
    <w:p w14:paraId="00E3F8DA" w14:textId="3BDE7808" w:rsidR="003A7564" w:rsidRPr="004024A0" w:rsidRDefault="003A7564">
      <w:pPr>
        <w:rPr>
          <w:rFonts w:ascii="Times New Roman" w:hAnsi="Times New Roman" w:cs="Times New Roman"/>
          <w:sz w:val="24"/>
          <w:szCs w:val="24"/>
        </w:rPr>
      </w:pPr>
    </w:p>
    <w:p w14:paraId="44409B5C" w14:textId="77777777" w:rsidR="003F5BB1" w:rsidRPr="004024A0" w:rsidRDefault="005E44FF">
      <w:pPr>
        <w:rPr>
          <w:rFonts w:ascii="Times New Roman" w:hAnsi="Times New Roman" w:cs="Times New Roman"/>
          <w:sz w:val="24"/>
          <w:szCs w:val="24"/>
        </w:rPr>
      </w:pPr>
      <w:r w:rsidRPr="004024A0">
        <w:rPr>
          <w:rFonts w:ascii="Times New Roman" w:hAnsi="Times New Roman" w:cs="Times New Roman"/>
          <w:sz w:val="24"/>
          <w:szCs w:val="24"/>
        </w:rPr>
        <w:t>Sincerely,</w:t>
      </w:r>
      <w:r w:rsidRPr="004024A0">
        <w:rPr>
          <w:rFonts w:ascii="Times New Roman" w:hAnsi="Times New Roman" w:cs="Times New Roman"/>
          <w:sz w:val="24"/>
          <w:szCs w:val="24"/>
        </w:rPr>
        <w:br/>
      </w:r>
    </w:p>
    <w:p w14:paraId="7B421745" w14:textId="5D444254" w:rsidR="005E44FF" w:rsidRDefault="005E44FF" w:rsidP="003F5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24A0">
        <w:rPr>
          <w:rFonts w:ascii="Times New Roman" w:hAnsi="Times New Roman" w:cs="Times New Roman"/>
          <w:sz w:val="24"/>
          <w:szCs w:val="24"/>
        </w:rPr>
        <w:t>Katy Adventist Christian School</w:t>
      </w:r>
    </w:p>
    <w:p w14:paraId="1A4C5413" w14:textId="49C24B4C" w:rsidR="002548DB" w:rsidRDefault="002548DB" w:rsidP="003F5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Administration</w:t>
      </w:r>
    </w:p>
    <w:p w14:paraId="2B208CE1" w14:textId="77777777" w:rsidR="003F7D04" w:rsidRDefault="003F7D04" w:rsidP="003F5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D3B707" w14:textId="68BE845C" w:rsidR="003F7D04" w:rsidRPr="004024A0" w:rsidRDefault="003F7D04" w:rsidP="003F5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F7D04" w:rsidRPr="004024A0" w:rsidSect="00F867F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DB60BAB" w14:textId="77777777" w:rsidR="00B30ED7" w:rsidRPr="004024A0" w:rsidRDefault="003850D0">
      <w:pPr>
        <w:rPr>
          <w:rFonts w:ascii="Times New Roman" w:hAnsi="Times New Roman" w:cs="Times New Roman"/>
          <w:sz w:val="24"/>
          <w:szCs w:val="24"/>
        </w:rPr>
      </w:pPr>
      <w:r w:rsidRPr="004024A0">
        <w:rPr>
          <w:rFonts w:ascii="Times New Roman" w:hAnsi="Times New Roman" w:cs="Times New Roman"/>
          <w:sz w:val="24"/>
          <w:szCs w:val="24"/>
        </w:rPr>
        <w:lastRenderedPageBreak/>
        <w:t>[Official Church Letterhead Here]</w:t>
      </w:r>
    </w:p>
    <w:p w14:paraId="57BF32D8" w14:textId="3B0852C5" w:rsidR="0034374B" w:rsidRDefault="0034374B" w:rsidP="0034374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FA78CB6" w14:textId="77777777" w:rsidR="00A93676" w:rsidRPr="004024A0" w:rsidRDefault="00A93676" w:rsidP="0034374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C435919" w14:textId="77777777" w:rsidR="00C42F1D" w:rsidRPr="004024A0" w:rsidRDefault="00C42F1D" w:rsidP="00C42F1D">
      <w:pPr>
        <w:rPr>
          <w:rFonts w:ascii="Times New Roman" w:hAnsi="Times New Roman" w:cs="Times New Roman"/>
          <w:sz w:val="24"/>
          <w:szCs w:val="24"/>
        </w:rPr>
      </w:pPr>
      <w:r w:rsidRPr="004024A0">
        <w:rPr>
          <w:rFonts w:ascii="Times New Roman" w:hAnsi="Times New Roman" w:cs="Times New Roman"/>
          <w:sz w:val="24"/>
          <w:szCs w:val="24"/>
        </w:rPr>
        <w:t>To Whom It May Concern:</w:t>
      </w:r>
    </w:p>
    <w:p w14:paraId="162F9084" w14:textId="28FA9CEC" w:rsidR="003F7D04" w:rsidRPr="004024A0" w:rsidRDefault="00314E7E" w:rsidP="00F867FD">
      <w:pPr>
        <w:ind w:right="-720"/>
        <w:rPr>
          <w:rFonts w:ascii="Times New Roman" w:hAnsi="Times New Roman" w:cs="Times New Roman"/>
          <w:sz w:val="24"/>
          <w:szCs w:val="24"/>
        </w:rPr>
      </w:pPr>
      <w:r w:rsidRPr="004024A0">
        <w:rPr>
          <w:rFonts w:ascii="Times New Roman" w:hAnsi="Times New Roman" w:cs="Times New Roman"/>
          <w:sz w:val="24"/>
          <w:szCs w:val="24"/>
        </w:rPr>
        <w:t xml:space="preserve">This letter is to verify that the family listed below are active members in good and regular standing of the Seventh-day Adventist Church. </w:t>
      </w:r>
      <w:r w:rsidR="003F7D04">
        <w:rPr>
          <w:rFonts w:ascii="Times New Roman" w:hAnsi="Times New Roman" w:cs="Times New Roman"/>
          <w:sz w:val="24"/>
          <w:szCs w:val="24"/>
        </w:rPr>
        <w:t xml:space="preserve"> As</w:t>
      </w:r>
      <w:r w:rsidR="002B78E4">
        <w:rPr>
          <w:rFonts w:ascii="Times New Roman" w:hAnsi="Times New Roman" w:cs="Times New Roman"/>
          <w:sz w:val="24"/>
          <w:szCs w:val="24"/>
        </w:rPr>
        <w:t xml:space="preserve"> a</w:t>
      </w:r>
      <w:r w:rsidR="003F7D04" w:rsidRPr="004024A0">
        <w:rPr>
          <w:rFonts w:ascii="Times New Roman" w:hAnsi="Times New Roman" w:cs="Times New Roman"/>
          <w:sz w:val="24"/>
          <w:szCs w:val="24"/>
        </w:rPr>
        <w:t xml:space="preserve"> member in "good and regular standing" </w:t>
      </w:r>
      <w:r w:rsidR="002B78E4">
        <w:rPr>
          <w:rFonts w:ascii="Times New Roman" w:hAnsi="Times New Roman" w:cs="Times New Roman"/>
          <w:sz w:val="24"/>
          <w:szCs w:val="24"/>
        </w:rPr>
        <w:t xml:space="preserve">the parent/guardian listed below </w:t>
      </w:r>
      <w:r w:rsidR="003F7D04" w:rsidRPr="004024A0">
        <w:rPr>
          <w:rFonts w:ascii="Times New Roman" w:hAnsi="Times New Roman" w:cs="Times New Roman"/>
          <w:sz w:val="24"/>
          <w:szCs w:val="24"/>
        </w:rPr>
        <w:t>is actively participating in the church community</w:t>
      </w:r>
      <w:r w:rsidR="002B78E4">
        <w:rPr>
          <w:rFonts w:ascii="Times New Roman" w:hAnsi="Times New Roman" w:cs="Times New Roman"/>
          <w:sz w:val="24"/>
          <w:szCs w:val="24"/>
        </w:rPr>
        <w:t xml:space="preserve"> and </w:t>
      </w:r>
      <w:r w:rsidR="00F867FD" w:rsidRPr="004024A0">
        <w:rPr>
          <w:rFonts w:ascii="Times New Roman" w:hAnsi="Times New Roman" w:cs="Times New Roman"/>
          <w:sz w:val="24"/>
          <w:szCs w:val="24"/>
        </w:rPr>
        <w:t>adher</w:t>
      </w:r>
      <w:r w:rsidR="00F867FD">
        <w:rPr>
          <w:rFonts w:ascii="Times New Roman" w:hAnsi="Times New Roman" w:cs="Times New Roman"/>
          <w:sz w:val="24"/>
          <w:szCs w:val="24"/>
        </w:rPr>
        <w:t>es</w:t>
      </w:r>
      <w:r w:rsidR="003F7D04" w:rsidRPr="004024A0">
        <w:rPr>
          <w:rFonts w:ascii="Times New Roman" w:hAnsi="Times New Roman" w:cs="Times New Roman"/>
          <w:sz w:val="24"/>
          <w:szCs w:val="24"/>
        </w:rPr>
        <w:t xml:space="preserve"> to its doctrines</w:t>
      </w:r>
      <w:r w:rsidR="002B78E4">
        <w:rPr>
          <w:rFonts w:ascii="Times New Roman" w:hAnsi="Times New Roman" w:cs="Times New Roman"/>
          <w:sz w:val="24"/>
          <w:szCs w:val="24"/>
        </w:rPr>
        <w:t>.</w:t>
      </w:r>
    </w:p>
    <w:p w14:paraId="7A8DA3AD" w14:textId="0E7E81B3" w:rsidR="00C42F1D" w:rsidRPr="004024A0" w:rsidRDefault="00C42F1D" w:rsidP="00C42F1D">
      <w:pPr>
        <w:rPr>
          <w:rFonts w:ascii="Times New Roman" w:hAnsi="Times New Roman" w:cs="Times New Roman"/>
          <w:sz w:val="24"/>
          <w:szCs w:val="24"/>
        </w:rPr>
      </w:pPr>
      <w:r w:rsidRPr="004024A0">
        <w:rPr>
          <w:rFonts w:ascii="Times New Roman" w:hAnsi="Times New Roman" w:cs="Times New Roman"/>
          <w:sz w:val="24"/>
          <w:szCs w:val="24"/>
        </w:rPr>
        <w:t xml:space="preserve">Parent/Guardian Name(s): </w:t>
      </w:r>
      <w:sdt>
        <w:sdtPr>
          <w:rPr>
            <w:rFonts w:ascii="Times New Roman" w:hAnsi="Times New Roman" w:cs="Times New Roman"/>
            <w:sz w:val="24"/>
            <w:szCs w:val="24"/>
          </w:rPr>
          <w:id w:val="-2034182884"/>
          <w:placeholder>
            <w:docPart w:val="DefaultPlaceholder_-1854013440"/>
          </w:placeholder>
          <w:showingPlcHdr/>
        </w:sdtPr>
        <w:sdtContent>
          <w:r w:rsidR="00F20F85" w:rsidRPr="004024A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sdtContent>
      </w:sdt>
    </w:p>
    <w:p w14:paraId="26CD101F" w14:textId="7146F233" w:rsidR="00C42F1D" w:rsidRPr="004024A0" w:rsidRDefault="00C42F1D" w:rsidP="00C42F1D">
      <w:pPr>
        <w:rPr>
          <w:rFonts w:ascii="Times New Roman" w:hAnsi="Times New Roman" w:cs="Times New Roman"/>
          <w:sz w:val="24"/>
          <w:szCs w:val="24"/>
        </w:rPr>
      </w:pPr>
      <w:r w:rsidRPr="004024A0">
        <w:rPr>
          <w:rFonts w:ascii="Times New Roman" w:hAnsi="Times New Roman" w:cs="Times New Roman"/>
          <w:sz w:val="24"/>
          <w:szCs w:val="24"/>
        </w:rPr>
        <w:t xml:space="preserve">Student Name(s): </w:t>
      </w:r>
      <w:r w:rsidR="00F867FD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726566832"/>
          <w:placeholder>
            <w:docPart w:val="DefaultPlaceholder_-1854013440"/>
          </w:placeholder>
          <w:showingPlcHdr/>
        </w:sdtPr>
        <w:sdtContent>
          <w:r w:rsidR="00F20F85" w:rsidRPr="004024A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sdtContent>
      </w:sdt>
    </w:p>
    <w:p w14:paraId="23F03ADF" w14:textId="61C5E906" w:rsidR="00C42F1D" w:rsidRPr="004024A0" w:rsidRDefault="00C42F1D" w:rsidP="00C42F1D">
      <w:pPr>
        <w:rPr>
          <w:rFonts w:ascii="Times New Roman" w:hAnsi="Times New Roman" w:cs="Times New Roman"/>
          <w:sz w:val="24"/>
          <w:szCs w:val="24"/>
        </w:rPr>
      </w:pPr>
      <w:r w:rsidRPr="004024A0">
        <w:rPr>
          <w:rFonts w:ascii="Times New Roman" w:hAnsi="Times New Roman" w:cs="Times New Roman"/>
          <w:sz w:val="24"/>
          <w:szCs w:val="24"/>
        </w:rPr>
        <w:t>Church Name:</w:t>
      </w:r>
      <w:r w:rsidR="00F867FD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973549574"/>
          <w:placeholder>
            <w:docPart w:val="DefaultPlaceholder_-1854013440"/>
          </w:placeholder>
          <w:showingPlcHdr/>
        </w:sdtPr>
        <w:sdtContent>
          <w:r w:rsidR="00F20F85" w:rsidRPr="004024A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sdtContent>
      </w:sdt>
    </w:p>
    <w:p w14:paraId="520F4D09" w14:textId="33B2CE72" w:rsidR="00C42F1D" w:rsidRPr="004024A0" w:rsidRDefault="00C42F1D" w:rsidP="00C42F1D">
      <w:pPr>
        <w:rPr>
          <w:rFonts w:ascii="Times New Roman" w:hAnsi="Times New Roman" w:cs="Times New Roman"/>
          <w:sz w:val="24"/>
          <w:szCs w:val="24"/>
        </w:rPr>
      </w:pPr>
      <w:r w:rsidRPr="004024A0">
        <w:rPr>
          <w:rFonts w:ascii="Times New Roman" w:hAnsi="Times New Roman" w:cs="Times New Roman"/>
          <w:sz w:val="24"/>
          <w:szCs w:val="24"/>
        </w:rPr>
        <w:t>Church Address:</w:t>
      </w:r>
      <w:r w:rsidR="00F867FD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119801259"/>
          <w:placeholder>
            <w:docPart w:val="DefaultPlaceholder_-1854013440"/>
          </w:placeholder>
          <w:showingPlcHdr/>
        </w:sdtPr>
        <w:sdtContent>
          <w:r w:rsidR="00F867FD" w:rsidRPr="00184F3B">
            <w:rPr>
              <w:rStyle w:val="PlaceholderText"/>
            </w:rPr>
            <w:t>Click or tap here to enter text.</w:t>
          </w:r>
        </w:sdtContent>
      </w:sdt>
    </w:p>
    <w:p w14:paraId="6E654863" w14:textId="77777777" w:rsidR="000E2F49" w:rsidRPr="004024A0" w:rsidRDefault="000E2F49">
      <w:pPr>
        <w:rPr>
          <w:rFonts w:ascii="Times New Roman" w:hAnsi="Times New Roman" w:cs="Times New Roman"/>
          <w:sz w:val="24"/>
          <w:szCs w:val="24"/>
        </w:rPr>
      </w:pPr>
    </w:p>
    <w:p w14:paraId="7BED9863" w14:textId="0CB74882" w:rsidR="00B30ED7" w:rsidRPr="004024A0" w:rsidRDefault="003850D0">
      <w:pPr>
        <w:rPr>
          <w:rFonts w:ascii="Times New Roman" w:hAnsi="Times New Roman" w:cs="Times New Roman"/>
          <w:sz w:val="24"/>
          <w:szCs w:val="24"/>
        </w:rPr>
      </w:pPr>
      <w:r w:rsidRPr="004024A0">
        <w:rPr>
          <w:rFonts w:ascii="Times New Roman" w:hAnsi="Times New Roman" w:cs="Times New Roman"/>
          <w:sz w:val="24"/>
          <w:szCs w:val="24"/>
        </w:rPr>
        <w:t>We affirm that the above information is accurate to the best of our knowledge.</w:t>
      </w:r>
    </w:p>
    <w:p w14:paraId="47D131C2" w14:textId="77777777" w:rsidR="0034374B" w:rsidRPr="004024A0" w:rsidRDefault="0034374B">
      <w:pPr>
        <w:rPr>
          <w:rFonts w:ascii="Times New Roman" w:hAnsi="Times New Roman" w:cs="Times New Roman"/>
          <w:sz w:val="24"/>
          <w:szCs w:val="24"/>
        </w:rPr>
      </w:pPr>
    </w:p>
    <w:p w14:paraId="64FC11FD" w14:textId="284A5CA7" w:rsidR="00B30ED7" w:rsidRPr="004024A0" w:rsidRDefault="003850D0">
      <w:pPr>
        <w:rPr>
          <w:rFonts w:ascii="Times New Roman" w:hAnsi="Times New Roman" w:cs="Times New Roman"/>
          <w:sz w:val="24"/>
          <w:szCs w:val="24"/>
        </w:rPr>
      </w:pPr>
      <w:r w:rsidRPr="004024A0">
        <w:rPr>
          <w:rFonts w:ascii="Times New Roman" w:hAnsi="Times New Roman" w:cs="Times New Roman"/>
          <w:sz w:val="24"/>
          <w:szCs w:val="24"/>
        </w:rPr>
        <w:t>Sincerely,</w:t>
      </w:r>
    </w:p>
    <w:p w14:paraId="354AF2D9" w14:textId="437EBEAD" w:rsidR="00B30ED7" w:rsidRPr="004024A0" w:rsidRDefault="003850D0" w:rsidP="00F20F85">
      <w:pPr>
        <w:tabs>
          <w:tab w:val="center" w:pos="4320"/>
        </w:tabs>
        <w:rPr>
          <w:rFonts w:ascii="Times New Roman" w:hAnsi="Times New Roman" w:cs="Times New Roman"/>
          <w:sz w:val="24"/>
          <w:szCs w:val="24"/>
        </w:rPr>
      </w:pPr>
      <w:r w:rsidRPr="004024A0">
        <w:rPr>
          <w:rFonts w:ascii="Times New Roman" w:hAnsi="Times New Roman" w:cs="Times New Roman"/>
          <w:sz w:val="24"/>
          <w:szCs w:val="24"/>
        </w:rPr>
        <w:t xml:space="preserve">Name: </w:t>
      </w:r>
      <w:sdt>
        <w:sdtPr>
          <w:rPr>
            <w:rFonts w:ascii="Times New Roman" w:hAnsi="Times New Roman" w:cs="Times New Roman"/>
            <w:sz w:val="24"/>
            <w:szCs w:val="24"/>
          </w:rPr>
          <w:id w:val="-1371840764"/>
          <w:placeholder>
            <w:docPart w:val="DefaultPlaceholder_-1854013440"/>
          </w:placeholder>
          <w:showingPlcHdr/>
        </w:sdtPr>
        <w:sdtContent>
          <w:r w:rsidR="00F20F85" w:rsidRPr="004024A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sdtContent>
      </w:sdt>
    </w:p>
    <w:p w14:paraId="175343CE" w14:textId="55105A82" w:rsidR="00B30ED7" w:rsidRPr="004024A0" w:rsidRDefault="003850D0">
      <w:pPr>
        <w:rPr>
          <w:rFonts w:ascii="Times New Roman" w:hAnsi="Times New Roman" w:cs="Times New Roman"/>
          <w:sz w:val="24"/>
          <w:szCs w:val="24"/>
        </w:rPr>
      </w:pPr>
      <w:r w:rsidRPr="004024A0">
        <w:rPr>
          <w:rFonts w:ascii="Times New Roman" w:hAnsi="Times New Roman" w:cs="Times New Roman"/>
          <w:sz w:val="24"/>
          <w:szCs w:val="24"/>
        </w:rPr>
        <w:t>Position/Title:</w:t>
      </w:r>
      <w:r w:rsidR="003A7564" w:rsidRPr="004024A0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43786867"/>
          <w:placeholder>
            <w:docPart w:val="DefaultPlaceholder_-1854013440"/>
          </w:placeholder>
          <w:showingPlcHdr/>
        </w:sdtPr>
        <w:sdtContent>
          <w:r w:rsidR="00F20F85" w:rsidRPr="004024A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sdtContent>
      </w:sdt>
    </w:p>
    <w:p w14:paraId="705CE88F" w14:textId="77777777" w:rsidR="00B30ED7" w:rsidRPr="004024A0" w:rsidRDefault="003850D0">
      <w:pPr>
        <w:rPr>
          <w:rFonts w:ascii="Times New Roman" w:hAnsi="Times New Roman" w:cs="Times New Roman"/>
          <w:sz w:val="24"/>
          <w:szCs w:val="24"/>
        </w:rPr>
      </w:pPr>
      <w:r w:rsidRPr="004024A0">
        <w:rPr>
          <w:rFonts w:ascii="Times New Roman" w:hAnsi="Times New Roman" w:cs="Times New Roman"/>
          <w:sz w:val="24"/>
          <w:szCs w:val="24"/>
        </w:rPr>
        <w:t>Signature: ______________________________________</w:t>
      </w:r>
    </w:p>
    <w:p w14:paraId="3752B507" w14:textId="77777777" w:rsidR="00B30ED7" w:rsidRPr="004024A0" w:rsidRDefault="003850D0">
      <w:pPr>
        <w:rPr>
          <w:rFonts w:ascii="Times New Roman" w:hAnsi="Times New Roman" w:cs="Times New Roman"/>
          <w:sz w:val="24"/>
          <w:szCs w:val="24"/>
        </w:rPr>
      </w:pPr>
      <w:r w:rsidRPr="004024A0">
        <w:rPr>
          <w:rFonts w:ascii="Times New Roman" w:hAnsi="Times New Roman" w:cs="Times New Roman"/>
          <w:sz w:val="24"/>
          <w:szCs w:val="24"/>
        </w:rPr>
        <w:t>Date: __________________________________________</w:t>
      </w:r>
    </w:p>
    <w:p w14:paraId="7AF7A9C7" w14:textId="50B17089" w:rsidR="00B30ED7" w:rsidRPr="004024A0" w:rsidRDefault="003850D0">
      <w:pPr>
        <w:rPr>
          <w:rFonts w:ascii="Times New Roman" w:hAnsi="Times New Roman" w:cs="Times New Roman"/>
          <w:sz w:val="24"/>
          <w:szCs w:val="24"/>
        </w:rPr>
      </w:pPr>
      <w:r w:rsidRPr="004024A0">
        <w:rPr>
          <w:rFonts w:ascii="Times New Roman" w:hAnsi="Times New Roman" w:cs="Times New Roman"/>
          <w:sz w:val="24"/>
          <w:szCs w:val="24"/>
        </w:rPr>
        <w:t xml:space="preserve">Phone Number: </w:t>
      </w:r>
      <w:sdt>
        <w:sdtPr>
          <w:rPr>
            <w:rFonts w:ascii="Times New Roman" w:hAnsi="Times New Roman" w:cs="Times New Roman"/>
            <w:sz w:val="24"/>
            <w:szCs w:val="24"/>
          </w:rPr>
          <w:id w:val="1945965395"/>
          <w:placeholder>
            <w:docPart w:val="DefaultPlaceholder_-1854013440"/>
          </w:placeholder>
          <w:showingPlcHdr/>
        </w:sdtPr>
        <w:sdtContent>
          <w:r w:rsidR="00F20F85" w:rsidRPr="004024A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sdtContent>
      </w:sdt>
    </w:p>
    <w:p w14:paraId="0A392823" w14:textId="7D245870" w:rsidR="00B30ED7" w:rsidRPr="004024A0" w:rsidRDefault="003850D0">
      <w:pPr>
        <w:rPr>
          <w:rFonts w:ascii="Times New Roman" w:hAnsi="Times New Roman" w:cs="Times New Roman"/>
          <w:sz w:val="24"/>
          <w:szCs w:val="24"/>
        </w:rPr>
      </w:pPr>
      <w:r w:rsidRPr="004024A0">
        <w:rPr>
          <w:rFonts w:ascii="Times New Roman" w:hAnsi="Times New Roman" w:cs="Times New Roman"/>
          <w:sz w:val="24"/>
          <w:szCs w:val="24"/>
        </w:rPr>
        <w:t>Email Address:</w:t>
      </w:r>
      <w:sdt>
        <w:sdtPr>
          <w:rPr>
            <w:rFonts w:ascii="Times New Roman" w:hAnsi="Times New Roman" w:cs="Times New Roman"/>
            <w:sz w:val="24"/>
            <w:szCs w:val="24"/>
          </w:rPr>
          <w:id w:val="1174070457"/>
          <w:placeholder>
            <w:docPart w:val="DefaultPlaceholder_-1854013440"/>
          </w:placeholder>
          <w:showingPlcHdr/>
        </w:sdtPr>
        <w:sdtContent>
          <w:r w:rsidR="00F20F85" w:rsidRPr="004024A0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here to enter text.</w:t>
          </w:r>
        </w:sdtContent>
      </w:sdt>
    </w:p>
    <w:sectPr w:rsidR="00B30ED7" w:rsidRPr="004024A0" w:rsidSect="00F867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E5731" w14:textId="77777777" w:rsidR="009C4D53" w:rsidRDefault="009C4D53" w:rsidP="003850D0">
      <w:pPr>
        <w:spacing w:after="0" w:line="240" w:lineRule="auto"/>
      </w:pPr>
      <w:r>
        <w:separator/>
      </w:r>
    </w:p>
  </w:endnote>
  <w:endnote w:type="continuationSeparator" w:id="0">
    <w:p w14:paraId="456AB306" w14:textId="77777777" w:rsidR="009C4D53" w:rsidRDefault="009C4D53" w:rsidP="00385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AE766" w14:textId="77777777" w:rsidR="009C4D53" w:rsidRDefault="009C4D53" w:rsidP="003850D0">
      <w:pPr>
        <w:spacing w:after="0" w:line="240" w:lineRule="auto"/>
      </w:pPr>
      <w:r>
        <w:separator/>
      </w:r>
    </w:p>
  </w:footnote>
  <w:footnote w:type="continuationSeparator" w:id="0">
    <w:p w14:paraId="640ABBAD" w14:textId="77777777" w:rsidR="009C4D53" w:rsidRDefault="009C4D53" w:rsidP="003850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0010059">
    <w:abstractNumId w:val="8"/>
  </w:num>
  <w:num w:numId="2" w16cid:durableId="1484542731">
    <w:abstractNumId w:val="6"/>
  </w:num>
  <w:num w:numId="3" w16cid:durableId="302202611">
    <w:abstractNumId w:val="5"/>
  </w:num>
  <w:num w:numId="4" w16cid:durableId="1132791089">
    <w:abstractNumId w:val="4"/>
  </w:num>
  <w:num w:numId="5" w16cid:durableId="242761496">
    <w:abstractNumId w:val="7"/>
  </w:num>
  <w:num w:numId="6" w16cid:durableId="1233082699">
    <w:abstractNumId w:val="3"/>
  </w:num>
  <w:num w:numId="7" w16cid:durableId="777288872">
    <w:abstractNumId w:val="2"/>
  </w:num>
  <w:num w:numId="8" w16cid:durableId="1557812425">
    <w:abstractNumId w:val="1"/>
  </w:num>
  <w:num w:numId="9" w16cid:durableId="362511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2F49"/>
    <w:rsid w:val="0015074B"/>
    <w:rsid w:val="001C519C"/>
    <w:rsid w:val="002548DB"/>
    <w:rsid w:val="0029639D"/>
    <w:rsid w:val="002B78E4"/>
    <w:rsid w:val="00314E7E"/>
    <w:rsid w:val="00326F90"/>
    <w:rsid w:val="0034374B"/>
    <w:rsid w:val="003850D0"/>
    <w:rsid w:val="003A7564"/>
    <w:rsid w:val="003B2C97"/>
    <w:rsid w:val="003B3854"/>
    <w:rsid w:val="003F5BB1"/>
    <w:rsid w:val="003F7D04"/>
    <w:rsid w:val="004024A0"/>
    <w:rsid w:val="00467BF1"/>
    <w:rsid w:val="00494EE7"/>
    <w:rsid w:val="004E4E98"/>
    <w:rsid w:val="005654C1"/>
    <w:rsid w:val="005E44FF"/>
    <w:rsid w:val="005E6F5E"/>
    <w:rsid w:val="006128C0"/>
    <w:rsid w:val="00660C4C"/>
    <w:rsid w:val="007947B2"/>
    <w:rsid w:val="007A250A"/>
    <w:rsid w:val="008266D4"/>
    <w:rsid w:val="00831B4F"/>
    <w:rsid w:val="009A5BEF"/>
    <w:rsid w:val="009C4D53"/>
    <w:rsid w:val="009F7EB2"/>
    <w:rsid w:val="00A369D2"/>
    <w:rsid w:val="00A6379E"/>
    <w:rsid w:val="00A93676"/>
    <w:rsid w:val="00AA1D8D"/>
    <w:rsid w:val="00AE532B"/>
    <w:rsid w:val="00B30ED7"/>
    <w:rsid w:val="00B47730"/>
    <w:rsid w:val="00B50421"/>
    <w:rsid w:val="00B964C9"/>
    <w:rsid w:val="00C42F1D"/>
    <w:rsid w:val="00C506F2"/>
    <w:rsid w:val="00C576A6"/>
    <w:rsid w:val="00CB0664"/>
    <w:rsid w:val="00EA5FA4"/>
    <w:rsid w:val="00F20F85"/>
    <w:rsid w:val="00F867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83F94364-F0A2-4688-944C-721DE5DF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C42F1D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494EE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4E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atyadventistschool.org/admissions/adventist-faith-community-scholarshi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911E0-86F6-48A5-A755-91CDC0F94B5E}"/>
      </w:docPartPr>
      <w:docPartBody>
        <w:p w:rsidR="00AE501F" w:rsidRDefault="00AE501F">
          <w:r w:rsidRPr="00184F3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01F"/>
    <w:rsid w:val="005654C1"/>
    <w:rsid w:val="005E6F5E"/>
    <w:rsid w:val="008266D4"/>
    <w:rsid w:val="0095127C"/>
    <w:rsid w:val="009A5BEF"/>
    <w:rsid w:val="00AE501F"/>
    <w:rsid w:val="00AE532B"/>
    <w:rsid w:val="00C576A6"/>
    <w:rsid w:val="00F1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501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Babarinde Family</cp:lastModifiedBy>
  <cp:revision>33</cp:revision>
  <dcterms:created xsi:type="dcterms:W3CDTF">2013-12-23T23:15:00Z</dcterms:created>
  <dcterms:modified xsi:type="dcterms:W3CDTF">2026-03-11T07:07:00Z</dcterms:modified>
  <cp:category/>
</cp:coreProperties>
</file>